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FF2C3" w14:textId="04903521" w:rsidR="00C979F4" w:rsidRPr="005861B5" w:rsidRDefault="00C979F4" w:rsidP="00C979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61B5">
        <w:rPr>
          <w:rFonts w:ascii="Times New Roman" w:hAnsi="Times New Roman" w:cs="Times New Roman"/>
          <w:b/>
          <w:bCs/>
          <w:sz w:val="24"/>
          <w:szCs w:val="24"/>
        </w:rPr>
        <w:t>REGULAMIN IMPREZY</w:t>
      </w:r>
    </w:p>
    <w:p w14:paraId="3FF23EDE" w14:textId="13E0E1B7" w:rsidR="00C979F4" w:rsidRPr="00C979F4" w:rsidRDefault="00C979F4" w:rsidP="00C979F4">
      <w:pPr>
        <w:rPr>
          <w:rFonts w:ascii="Times New Roman" w:hAnsi="Times New Roman" w:cs="Times New Roman"/>
        </w:rPr>
      </w:pPr>
      <w:r w:rsidRPr="00C979F4">
        <w:rPr>
          <w:b/>
          <w:bCs/>
        </w:rPr>
        <w:t>1. Cel</w:t>
      </w:r>
    </w:p>
    <w:p w14:paraId="4B62A3AA" w14:textId="77777777" w:rsidR="00C979F4" w:rsidRPr="00C979F4" w:rsidRDefault="00C979F4" w:rsidP="00C979F4">
      <w:pPr>
        <w:jc w:val="both"/>
      </w:pPr>
      <w:r w:rsidRPr="00C979F4">
        <w:t>a) Popularyzacja turystyki rowerowej jako formy rekreacji i aktywnego wypoczynku;</w:t>
      </w:r>
    </w:p>
    <w:p w14:paraId="222D8282" w14:textId="77777777" w:rsidR="00C979F4" w:rsidRPr="00C979F4" w:rsidRDefault="00C979F4" w:rsidP="00C979F4">
      <w:pPr>
        <w:jc w:val="both"/>
      </w:pPr>
      <w:r w:rsidRPr="00C979F4">
        <w:t>b) Promocja walorów turystyczno-krajoznawczych Gminy Tczew.</w:t>
      </w:r>
    </w:p>
    <w:p w14:paraId="2A5BA7D0" w14:textId="0AE10363" w:rsidR="00C979F4" w:rsidRPr="00C979F4" w:rsidRDefault="00C979F4" w:rsidP="00C979F4">
      <w:pPr>
        <w:jc w:val="both"/>
      </w:pPr>
      <w:r w:rsidRPr="00C979F4">
        <w:t>c) Integracja mieszkańców.</w:t>
      </w:r>
    </w:p>
    <w:p w14:paraId="1941A2B1" w14:textId="77777777" w:rsidR="00C979F4" w:rsidRPr="00C979F4" w:rsidRDefault="00C979F4" w:rsidP="00C979F4">
      <w:pPr>
        <w:jc w:val="both"/>
        <w:rPr>
          <w:b/>
          <w:bCs/>
        </w:rPr>
      </w:pPr>
      <w:r w:rsidRPr="00C979F4">
        <w:rPr>
          <w:b/>
          <w:bCs/>
        </w:rPr>
        <w:t>2. Organizatorzy</w:t>
      </w:r>
    </w:p>
    <w:p w14:paraId="752766C0" w14:textId="754B998B" w:rsidR="00C979F4" w:rsidRPr="00C979F4" w:rsidRDefault="00C979F4" w:rsidP="00C979F4">
      <w:pPr>
        <w:jc w:val="both"/>
      </w:pPr>
      <w:r w:rsidRPr="00C979F4">
        <w:t>Gmina Tczew</w:t>
      </w:r>
    </w:p>
    <w:p w14:paraId="5854CF56" w14:textId="704E6C9E" w:rsidR="00C979F4" w:rsidRPr="00C979F4" w:rsidRDefault="00C979F4" w:rsidP="00C979F4">
      <w:pPr>
        <w:jc w:val="both"/>
        <w:rPr>
          <w:b/>
          <w:bCs/>
        </w:rPr>
      </w:pPr>
      <w:r w:rsidRPr="00C979F4">
        <w:rPr>
          <w:b/>
          <w:bCs/>
        </w:rPr>
        <w:t>3. Termin Rajdu</w:t>
      </w:r>
    </w:p>
    <w:p w14:paraId="2E84FFEE" w14:textId="0BA9E4CF" w:rsidR="00C979F4" w:rsidRPr="00C979F4" w:rsidRDefault="00C979F4" w:rsidP="00C979F4">
      <w:pPr>
        <w:jc w:val="both"/>
      </w:pPr>
      <w:r w:rsidRPr="00C979F4">
        <w:t>28 czerwca 2025 r. Zbiórka godz. 12:00 Park im. Turzaków</w:t>
      </w:r>
    </w:p>
    <w:p w14:paraId="26392F92" w14:textId="0FBB92F9" w:rsidR="00C979F4" w:rsidRPr="00C979F4" w:rsidRDefault="00C979F4" w:rsidP="00C979F4">
      <w:pPr>
        <w:jc w:val="both"/>
        <w:rPr>
          <w:b/>
          <w:bCs/>
        </w:rPr>
      </w:pPr>
      <w:r w:rsidRPr="00C979F4">
        <w:rPr>
          <w:b/>
          <w:bCs/>
        </w:rPr>
        <w:t>4. Zgłoszenia</w:t>
      </w:r>
    </w:p>
    <w:p w14:paraId="7AE2B6DF" w14:textId="1A336540" w:rsidR="00C979F4" w:rsidRPr="00C979F4" w:rsidRDefault="00C979F4" w:rsidP="00C979F4">
      <w:pPr>
        <w:jc w:val="both"/>
      </w:pPr>
      <w:r w:rsidRPr="00C979F4">
        <w:t>a) Zapisy do udziału w Rajdzie przyjmowane są do 2</w:t>
      </w:r>
      <w:r w:rsidR="008E3176">
        <w:t>6</w:t>
      </w:r>
      <w:r w:rsidRPr="00C979F4">
        <w:t xml:space="preserve"> czerwca telefonicznie 58 530 51 19 (od poniedziałku do piątku od 7:30-15:30) a także w dniu rajdu</w:t>
      </w:r>
    </w:p>
    <w:p w14:paraId="668E8A1C" w14:textId="77777777" w:rsidR="00C979F4" w:rsidRPr="00C979F4" w:rsidRDefault="00C979F4" w:rsidP="00C979F4">
      <w:pPr>
        <w:jc w:val="both"/>
      </w:pPr>
      <w:r w:rsidRPr="00C979F4">
        <w:t xml:space="preserve">b) Udział w Rajdzie Rowerowym jest bezpłatny i wyłącznie dla mieszkańców Gminy Tczew. </w:t>
      </w:r>
    </w:p>
    <w:p w14:paraId="3564BA9E" w14:textId="2A020FA8" w:rsidR="00C979F4" w:rsidRPr="00C979F4" w:rsidRDefault="00C979F4" w:rsidP="00C979F4">
      <w:pPr>
        <w:jc w:val="both"/>
      </w:pPr>
      <w:r w:rsidRPr="00C979F4">
        <w:t>c) Osoby niepełnoletnie muszą przedstawić pisemną zgodę rodzica lub opiekuna prawnego na udział w Rajdzie. Osoby poniżej 15 roku życia mogą wziąć udział w Rajdzie jedynie pod opieką rodzica lub opiekuna prawnego.</w:t>
      </w:r>
    </w:p>
    <w:p w14:paraId="711DDE3A" w14:textId="2C1F7886" w:rsidR="00C979F4" w:rsidRPr="00C979F4" w:rsidRDefault="00C979F4" w:rsidP="00C979F4">
      <w:pPr>
        <w:jc w:val="both"/>
        <w:rPr>
          <w:b/>
          <w:bCs/>
        </w:rPr>
      </w:pPr>
      <w:r w:rsidRPr="00C979F4">
        <w:rPr>
          <w:b/>
          <w:bCs/>
        </w:rPr>
        <w:t>5. Uczestnicy Rajdu zobowiązani są do:</w:t>
      </w:r>
    </w:p>
    <w:p w14:paraId="21E35B2C" w14:textId="77777777" w:rsidR="00C979F4" w:rsidRPr="00C979F4" w:rsidRDefault="00C979F4" w:rsidP="00C979F4">
      <w:pPr>
        <w:jc w:val="both"/>
      </w:pPr>
      <w:r w:rsidRPr="00C979F4">
        <w:t>a) przestrzegania Regulaminu Rajdu oraz podporządkowania się decyzjom Organizatorów;</w:t>
      </w:r>
    </w:p>
    <w:p w14:paraId="2A2D6374" w14:textId="77777777" w:rsidR="00C979F4" w:rsidRPr="00C979F4" w:rsidRDefault="00C979F4" w:rsidP="00C979F4">
      <w:pPr>
        <w:jc w:val="both"/>
      </w:pPr>
      <w:r w:rsidRPr="00C979F4">
        <w:t>b) posiadania niezbędnej wiedzy i umiejętności poruszania się po drogach;</w:t>
      </w:r>
    </w:p>
    <w:p w14:paraId="2A4D2306" w14:textId="77777777" w:rsidR="00C979F4" w:rsidRPr="00C979F4" w:rsidRDefault="00C979F4" w:rsidP="00C979F4">
      <w:pPr>
        <w:jc w:val="both"/>
      </w:pPr>
      <w:r w:rsidRPr="00C979F4">
        <w:t>c) posiadania technicznie sprawnego roweru, wyposażonego zgodnie z obowiązującymi przepisami;</w:t>
      </w:r>
    </w:p>
    <w:p w14:paraId="6C455466" w14:textId="77777777" w:rsidR="00C979F4" w:rsidRPr="00C979F4" w:rsidRDefault="00C979F4" w:rsidP="00C979F4">
      <w:pPr>
        <w:jc w:val="both"/>
      </w:pPr>
      <w:r w:rsidRPr="00C979F4">
        <w:t>d) poruszania się zgodnie z zasadami ruchu drogowego,</w:t>
      </w:r>
    </w:p>
    <w:p w14:paraId="03E59751" w14:textId="4E5F7403" w:rsidR="00C979F4" w:rsidRPr="00C979F4" w:rsidRDefault="00C979F4" w:rsidP="00C979F4">
      <w:pPr>
        <w:jc w:val="both"/>
      </w:pPr>
      <w:r w:rsidRPr="00C979F4">
        <w:t>e) nieprzestrzeganie regulaminu powoduje wykluczenie z Rajdu.</w:t>
      </w:r>
    </w:p>
    <w:p w14:paraId="5CC8D04D" w14:textId="3EF26DEF" w:rsidR="00C979F4" w:rsidRPr="00C979F4" w:rsidRDefault="00C979F4" w:rsidP="00C979F4">
      <w:pPr>
        <w:jc w:val="both"/>
        <w:rPr>
          <w:b/>
          <w:bCs/>
        </w:rPr>
      </w:pPr>
      <w:r w:rsidRPr="00C979F4">
        <w:rPr>
          <w:b/>
          <w:bCs/>
        </w:rPr>
        <w:t>6. Zasady przejazdu:</w:t>
      </w:r>
    </w:p>
    <w:p w14:paraId="1EEC11DC" w14:textId="77777777" w:rsidR="00C979F4" w:rsidRPr="00C979F4" w:rsidRDefault="00C979F4" w:rsidP="00C979F4">
      <w:pPr>
        <w:jc w:val="both"/>
      </w:pPr>
      <w:r w:rsidRPr="00C979F4">
        <w:t>a) Rajd ma charakter otwarty.</w:t>
      </w:r>
    </w:p>
    <w:p w14:paraId="6175F05F" w14:textId="77777777" w:rsidR="00C979F4" w:rsidRPr="00C979F4" w:rsidRDefault="00C979F4" w:rsidP="00C979F4">
      <w:pPr>
        <w:jc w:val="both"/>
      </w:pPr>
      <w:r w:rsidRPr="00C979F4">
        <w:t xml:space="preserve">b) Kask rowerowy jest </w:t>
      </w:r>
      <w:r w:rsidRPr="00C979F4">
        <w:rPr>
          <w:b/>
          <w:bCs/>
        </w:rPr>
        <w:t>obowiązkowy</w:t>
      </w:r>
    </w:p>
    <w:p w14:paraId="04936959" w14:textId="77777777" w:rsidR="00C979F4" w:rsidRPr="00C979F4" w:rsidRDefault="00C979F4" w:rsidP="00C979F4">
      <w:pPr>
        <w:jc w:val="both"/>
      </w:pPr>
      <w:r w:rsidRPr="00C979F4">
        <w:t>c) Wskazane jest posiadanie kamizelki odblaskowej</w:t>
      </w:r>
    </w:p>
    <w:p w14:paraId="263D1FF9" w14:textId="77777777" w:rsidR="00C979F4" w:rsidRPr="00C979F4" w:rsidRDefault="00C979F4" w:rsidP="00C979F4">
      <w:pPr>
        <w:jc w:val="both"/>
      </w:pPr>
      <w:r w:rsidRPr="00C979F4">
        <w:t xml:space="preserve">c) Uczestnicy Rajdu jadą w grupach. </w:t>
      </w:r>
    </w:p>
    <w:p w14:paraId="1200667B" w14:textId="77777777" w:rsidR="00C979F4" w:rsidRPr="00C979F4" w:rsidRDefault="00C979F4" w:rsidP="00C979F4">
      <w:pPr>
        <w:jc w:val="both"/>
      </w:pPr>
      <w:r w:rsidRPr="00C979F4">
        <w:lastRenderedPageBreak/>
        <w:t>e) Trasa rajdu zostanie przedstawiona przed samym rajdem i będzie zależała m.in. od warunków pogodowych a przebiegać będzie po niezbyt wymagających drogach Gminy Tczew.</w:t>
      </w:r>
    </w:p>
    <w:p w14:paraId="1D87D57F" w14:textId="7570314E" w:rsidR="00C979F4" w:rsidRPr="00C979F4" w:rsidRDefault="00C979F4" w:rsidP="00C979F4">
      <w:pPr>
        <w:jc w:val="both"/>
      </w:pPr>
      <w:r w:rsidRPr="00C979F4">
        <w:t>f) Rajd odbędzie się bez względu na pogodę.</w:t>
      </w:r>
    </w:p>
    <w:p w14:paraId="12FA8F2B" w14:textId="00D34645" w:rsidR="00C979F4" w:rsidRPr="00C979F4" w:rsidRDefault="00C979F4" w:rsidP="00C979F4">
      <w:pPr>
        <w:pStyle w:val="Akapitzlist"/>
        <w:numPr>
          <w:ilvl w:val="0"/>
          <w:numId w:val="14"/>
        </w:numPr>
        <w:spacing w:after="0" w:line="240" w:lineRule="auto"/>
        <w:jc w:val="both"/>
        <w:rPr>
          <w:b/>
          <w:bCs/>
        </w:rPr>
      </w:pPr>
      <w:r w:rsidRPr="00C979F4">
        <w:rPr>
          <w:b/>
          <w:bCs/>
        </w:rPr>
        <w:t>Informacje dodatkowe:</w:t>
      </w:r>
    </w:p>
    <w:p w14:paraId="2AB9FBD1" w14:textId="77777777" w:rsidR="00C979F4" w:rsidRPr="00C979F4" w:rsidRDefault="00C979F4" w:rsidP="00C979F4">
      <w:pPr>
        <w:spacing w:after="0" w:line="240" w:lineRule="auto"/>
        <w:jc w:val="both"/>
        <w:rPr>
          <w:b/>
          <w:bCs/>
        </w:rPr>
      </w:pPr>
    </w:p>
    <w:p w14:paraId="31532BE1" w14:textId="77777777" w:rsidR="00C979F4" w:rsidRPr="00C979F4" w:rsidRDefault="00C979F4" w:rsidP="00C979F4">
      <w:pPr>
        <w:jc w:val="both"/>
      </w:pPr>
      <w:r w:rsidRPr="00C979F4">
        <w:t>a) Rajd będzie odbywać się przy nieograniczonym ruchu drogowym. Uczestnicy muszą zachować szczególną ostrożność i znać zasady ruchu drogowego.</w:t>
      </w:r>
    </w:p>
    <w:p w14:paraId="5EC7269C" w14:textId="77777777" w:rsidR="00C979F4" w:rsidRPr="00C979F4" w:rsidRDefault="00C979F4" w:rsidP="00C979F4">
      <w:pPr>
        <w:jc w:val="both"/>
      </w:pPr>
      <w:r w:rsidRPr="00C979F4">
        <w:t>b) Organizator nie ponosi odpowiedzialności za wypadki spowodowane przez uczestników.</w:t>
      </w:r>
    </w:p>
    <w:p w14:paraId="26EDF19F" w14:textId="7B56DB23" w:rsidR="00C979F4" w:rsidRPr="00C979F4" w:rsidRDefault="00C979F4" w:rsidP="00C979F4">
      <w:pPr>
        <w:jc w:val="both"/>
      </w:pPr>
      <w:r w:rsidRPr="00C979F4">
        <w:t>c) Dane osobowe uczestników podlegają ochronie przez ustawę o ochronie danych osobowych.</w:t>
      </w:r>
    </w:p>
    <w:p w14:paraId="115B2387" w14:textId="77777777" w:rsidR="00C979F4" w:rsidRPr="00C979F4" w:rsidRDefault="00C979F4" w:rsidP="00C979F4">
      <w:pPr>
        <w:jc w:val="both"/>
      </w:pPr>
      <w:r w:rsidRPr="00C979F4">
        <w:t>Organizator gromadzi dane osobowe tylko dla celów Rajdu i nie udostępnia ich osobom trzecim.</w:t>
      </w:r>
    </w:p>
    <w:p w14:paraId="706E9F72" w14:textId="77777777" w:rsidR="00C979F4" w:rsidRPr="00C979F4" w:rsidRDefault="00C979F4" w:rsidP="00C979F4">
      <w:pPr>
        <w:jc w:val="both"/>
      </w:pPr>
      <w:r w:rsidRPr="00C979F4">
        <w:t>Zawodnik zgłaszając się zgadza się na wykorzystanie jego danych osobowych do celów Rajdu.</w:t>
      </w:r>
    </w:p>
    <w:p w14:paraId="5EE7DB76" w14:textId="77777777" w:rsidR="00C979F4" w:rsidRPr="00C979F4" w:rsidRDefault="00C979F4" w:rsidP="00C979F4">
      <w:pPr>
        <w:jc w:val="both"/>
      </w:pPr>
      <w:r w:rsidRPr="00C979F4">
        <w:t>Wyrażam zgodę na wykorzystywanie i przetwarzanie moich danych osobowych przez organizatora na potrzeby imprezy, zgodnie z art. 6 ust 1 lit. a RODO , art. 6 ust 1 lit. b RODO, art. 6 ust. 1 lit. c RODO, art. 6 ust 1 lit. f RODO.</w:t>
      </w:r>
    </w:p>
    <w:p w14:paraId="7FDB323A" w14:textId="77777777" w:rsidR="00C979F4" w:rsidRPr="00C979F4" w:rsidRDefault="00C979F4" w:rsidP="00C979F4">
      <w:pPr>
        <w:jc w:val="both"/>
      </w:pPr>
      <w:r w:rsidRPr="00C979F4">
        <w:t>d. Wyrażam zgodę na zamieszczenie przez Gminę Tczew (ul. Lecha 12, 83-110 Tczew)</w:t>
      </w:r>
    </w:p>
    <w:p w14:paraId="1722DEA6" w14:textId="77777777" w:rsidR="00C979F4" w:rsidRPr="00C979F4" w:rsidRDefault="00C979F4" w:rsidP="00C979F4">
      <w:pPr>
        <w:jc w:val="both"/>
      </w:pPr>
      <w:r w:rsidRPr="00C979F4">
        <w:t>mojego wizerunku utrwalonego podczas Rodzinnego Rajdu Rowerowego podczas Przywitania Lata w Turzu przeprowadzonego w dniu 28.06.2025, którego byłam/em</w:t>
      </w:r>
    </w:p>
    <w:p w14:paraId="2FC43848" w14:textId="77777777" w:rsidR="00C979F4" w:rsidRPr="00C979F4" w:rsidRDefault="00C979F4" w:rsidP="00C979F4">
      <w:pPr>
        <w:jc w:val="both"/>
      </w:pPr>
      <w:r w:rsidRPr="00C979F4">
        <w:t>uczestnikiem w celach związanych z upublicznieniem fotorelacji i wideo relacji z jego przebiegu.</w:t>
      </w:r>
    </w:p>
    <w:p w14:paraId="15B001EB" w14:textId="77777777" w:rsidR="00C979F4" w:rsidRPr="00C979F4" w:rsidRDefault="00C979F4" w:rsidP="00C979F4">
      <w:pPr>
        <w:jc w:val="both"/>
      </w:pPr>
      <w:r w:rsidRPr="00C979F4">
        <w:t>e. Zostałem/zostałam poinformowany/a, że:</w:t>
      </w:r>
    </w:p>
    <w:p w14:paraId="1C464D18" w14:textId="77777777" w:rsidR="00C979F4" w:rsidRPr="00C979F4" w:rsidRDefault="00C979F4" w:rsidP="00C979F4">
      <w:pPr>
        <w:jc w:val="both"/>
      </w:pPr>
      <w:r w:rsidRPr="00C979F4">
        <w:t>- wyrażenie zgody na przetwarzanie danych i wykorzystanie wizerunku jest dobrowolne oraz że mam prawo do wycofania zgody w dowolnym momencie, a wycofanie zgody nie wpływa na zgodność z prawem przetwarzania, którego dokonano na jej podstawie przed jej wycofaniem, - mam prawo dostępu do treści swoich danych osobowych, ich poprawiania</w:t>
      </w:r>
    </w:p>
    <w:p w14:paraId="50085873" w14:textId="77777777" w:rsidR="00C979F4" w:rsidRPr="00C979F4" w:rsidRDefault="00C979F4" w:rsidP="00C979F4">
      <w:pPr>
        <w:jc w:val="both"/>
      </w:pPr>
      <w:r w:rsidRPr="00C979F4">
        <w:t>f) Organizator nie ponosi odpowiedzialności za rzeczy zgubione podczas imprezy i za szkody</w:t>
      </w:r>
    </w:p>
    <w:p w14:paraId="6B361F99" w14:textId="77777777" w:rsidR="00C979F4" w:rsidRPr="00C979F4" w:rsidRDefault="00C979F4" w:rsidP="00C979F4">
      <w:pPr>
        <w:jc w:val="both"/>
      </w:pPr>
      <w:r w:rsidRPr="00C979F4">
        <w:t>wyrządzone przez uczestników.</w:t>
      </w:r>
    </w:p>
    <w:p w14:paraId="16671909" w14:textId="77777777" w:rsidR="00C979F4" w:rsidRPr="00C979F4" w:rsidRDefault="00C979F4" w:rsidP="00C979F4">
      <w:pPr>
        <w:jc w:val="both"/>
      </w:pPr>
      <w:r w:rsidRPr="00C979F4">
        <w:t>g) Organizator zastrzega sobie prawo do uzasadnionych zmian dotyczących przebiegu planowanej trasy.</w:t>
      </w:r>
    </w:p>
    <w:p w14:paraId="61A9E017" w14:textId="3BFE47E2" w:rsidR="00C979F4" w:rsidRPr="00C979F4" w:rsidRDefault="00C979F4" w:rsidP="00C979F4">
      <w:pPr>
        <w:jc w:val="both"/>
      </w:pPr>
      <w:r w:rsidRPr="00C979F4">
        <w:t xml:space="preserve">h) Biorąc udział w rajdzie uczestnik zgadza się jednocześnie na wykorzystanie zdjęć wykonanych w czasie imprezy w mediach społecznościowych oraz w prasie i stronach www </w:t>
      </w:r>
      <w:r w:rsidRPr="00C979F4">
        <w:lastRenderedPageBreak/>
        <w:t>do celów promocyjnych i informacyjnych, z uwzględnieniem dbałości o dobry wizerunek wydarzenia oraz osób znajdujących się na tychże zdjęciach.</w:t>
      </w:r>
    </w:p>
    <w:p w14:paraId="1641F23B" w14:textId="5DB0AB40" w:rsidR="00C979F4" w:rsidRPr="00C979F4" w:rsidRDefault="00C979F4" w:rsidP="00C979F4">
      <w:pPr>
        <w:pStyle w:val="Akapitzlist"/>
        <w:numPr>
          <w:ilvl w:val="0"/>
          <w:numId w:val="14"/>
        </w:numPr>
        <w:spacing w:after="0" w:line="240" w:lineRule="auto"/>
        <w:jc w:val="both"/>
        <w:rPr>
          <w:b/>
          <w:bCs/>
        </w:rPr>
      </w:pPr>
      <w:r w:rsidRPr="00C979F4">
        <w:rPr>
          <w:b/>
          <w:bCs/>
        </w:rPr>
        <w:t>Akceptując regulamin uczestnik:</w:t>
      </w:r>
    </w:p>
    <w:p w14:paraId="56E495F2" w14:textId="77777777" w:rsidR="00C979F4" w:rsidRPr="00C979F4" w:rsidRDefault="00C979F4" w:rsidP="00C979F4">
      <w:pPr>
        <w:spacing w:after="0" w:line="240" w:lineRule="auto"/>
        <w:ind w:left="360"/>
        <w:jc w:val="both"/>
        <w:rPr>
          <w:b/>
          <w:bCs/>
        </w:rPr>
      </w:pPr>
    </w:p>
    <w:p w14:paraId="7AF6907B" w14:textId="77777777" w:rsidR="00C979F4" w:rsidRPr="00C979F4" w:rsidRDefault="00C979F4" w:rsidP="00C979F4">
      <w:pPr>
        <w:jc w:val="both"/>
      </w:pPr>
      <w:r w:rsidRPr="00C979F4">
        <w:t>- oświadcza, że stan zdrowia pozwala mu na udział w Rodzinnym Rajdzie Rowerowym i że ma pełną zdolność do czynności prawnych oraz korzysta z pełni praw publicznych.</w:t>
      </w:r>
    </w:p>
    <w:p w14:paraId="6011B0B9" w14:textId="77777777" w:rsidR="00C979F4" w:rsidRPr="00C979F4" w:rsidRDefault="00C979F4" w:rsidP="00C979F4">
      <w:pPr>
        <w:jc w:val="both"/>
      </w:pPr>
      <w:r w:rsidRPr="00C979F4">
        <w:t>- Oświadcza, że ubezpieczy się od NNW we własnym zakresie i nie będzie rościł prawa do</w:t>
      </w:r>
    </w:p>
    <w:p w14:paraId="21B594BB" w14:textId="77777777" w:rsidR="00C979F4" w:rsidRPr="00C979F4" w:rsidRDefault="00C979F4" w:rsidP="00C979F4">
      <w:pPr>
        <w:jc w:val="both"/>
      </w:pPr>
      <w:r w:rsidRPr="00C979F4">
        <w:t>organizatorów i prowadzących o odszkodowanie w przypadku jakiekolwiek szkody powstałej w trakcie rajdu oraz w drodze na i z domu.</w:t>
      </w:r>
    </w:p>
    <w:p w14:paraId="79F5EB7D" w14:textId="1A593697" w:rsidR="00C979F4" w:rsidRPr="00C979F4" w:rsidRDefault="00C979F4" w:rsidP="00C979F4">
      <w:pPr>
        <w:jc w:val="both"/>
      </w:pPr>
      <w:r w:rsidRPr="00C979F4">
        <w:t>- Oświadcza, że zna regulamin Rajdu i zobowiązuję się do jego przestrzegania</w:t>
      </w:r>
    </w:p>
    <w:p w14:paraId="5104AA94" w14:textId="3E001567" w:rsidR="00C979F4" w:rsidRPr="00C979F4" w:rsidRDefault="00C979F4" w:rsidP="00C979F4">
      <w:pPr>
        <w:numPr>
          <w:ilvl w:val="0"/>
          <w:numId w:val="14"/>
        </w:numPr>
        <w:spacing w:after="0" w:line="240" w:lineRule="auto"/>
        <w:jc w:val="both"/>
        <w:rPr>
          <w:b/>
          <w:bCs/>
        </w:rPr>
      </w:pPr>
      <w:r w:rsidRPr="00C979F4">
        <w:rPr>
          <w:b/>
          <w:bCs/>
        </w:rPr>
        <w:t>RODO</w:t>
      </w:r>
    </w:p>
    <w:p w14:paraId="0DAB2FD6" w14:textId="77777777" w:rsidR="00C979F4" w:rsidRPr="00C979F4" w:rsidRDefault="00C979F4" w:rsidP="00C979F4">
      <w:pPr>
        <w:spacing w:after="0" w:line="240" w:lineRule="auto"/>
        <w:jc w:val="both"/>
        <w:rPr>
          <w:b/>
          <w:bCs/>
        </w:rPr>
      </w:pPr>
    </w:p>
    <w:p w14:paraId="5DF5F62F" w14:textId="3B10C509" w:rsidR="00C979F4" w:rsidRPr="00C979F4" w:rsidRDefault="00C979F4" w:rsidP="00C979F4">
      <w:pPr>
        <w:rPr>
          <w:rFonts w:ascii="Times New Roman" w:hAnsi="Times New Roman" w:cs="Times New Roman"/>
        </w:rPr>
      </w:pPr>
      <w:r w:rsidRPr="00C979F4">
        <w:t>Zgłaszając chęć uczestnictwa w wydarzeniu, akceptuję regulamin oraz wyrażam zgodę na przetwarzanie przez organizatorów moich danych osobowych(imienia, nazwiska, nazwy instytucji, telefonu, e-maila, adresu) w celach wynikających z organizacji wydarzenia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1CD0353A" w14:textId="77777777" w:rsidR="005861B5" w:rsidRDefault="005861B5" w:rsidP="005861B5">
      <w:pPr>
        <w:rPr>
          <w:rFonts w:ascii="Times New Roman" w:hAnsi="Times New Roman" w:cs="Times New Roman"/>
        </w:rPr>
      </w:pPr>
    </w:p>
    <w:p w14:paraId="037E9953" w14:textId="1DCEB58F" w:rsidR="005861B5" w:rsidRDefault="005861B5" w:rsidP="005861B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61B5">
        <w:rPr>
          <w:rFonts w:ascii="Times New Roman" w:hAnsi="Times New Roman" w:cs="Times New Roman"/>
          <w:b/>
          <w:bCs/>
          <w:sz w:val="24"/>
          <w:szCs w:val="24"/>
        </w:rPr>
        <w:t>PLAN TRASY</w:t>
      </w:r>
    </w:p>
    <w:p w14:paraId="57E19A8D" w14:textId="77777777" w:rsidR="005861B5" w:rsidRDefault="005861B5" w:rsidP="005861B5">
      <w:pPr>
        <w:jc w:val="both"/>
      </w:pPr>
      <w:r w:rsidRPr="00435478">
        <w:rPr>
          <w:b/>
          <w:bCs/>
        </w:rPr>
        <w:t>Start:</w:t>
      </w:r>
      <w:r>
        <w:t xml:space="preserve"> Park im. Turzaków – wzdłuż ulicy Topolowej do Topolowej 2 (2 km, ~ ok 7 min) </w:t>
      </w:r>
      <w:r>
        <w:softHyphen/>
      </w:r>
      <w:r>
        <w:softHyphen/>
        <w:t>–</w:t>
      </w:r>
    </w:p>
    <w:p w14:paraId="04F2F442" w14:textId="77777777" w:rsidR="005861B5" w:rsidRDefault="005861B5" w:rsidP="005861B5">
      <w:pPr>
        <w:jc w:val="both"/>
      </w:pPr>
      <w:r>
        <w:t xml:space="preserve">Topolowa 2 do Damaszka 10c (skrzyżowanie) (1,6 km, ~ ok 4 min) – Damaszka 10c (skrzyżowanie) </w:t>
      </w:r>
    </w:p>
    <w:p w14:paraId="77914411" w14:textId="77777777" w:rsidR="005861B5" w:rsidRDefault="005861B5" w:rsidP="005861B5">
      <w:pPr>
        <w:jc w:val="both"/>
      </w:pPr>
      <w:r>
        <w:t>do Małżewo 30 (skrzyżowanie) (1,4 km, ~ ok 4 min) – Małżewo 30 (skrzyżowanie) wzdłuż ul. Czystej (1,8 km, ~ ok 5 min) do skrzyżowania ul. Topolowej, Kościelnej, Parkowej. Następnie do miejsca początkowego do Parku im. Turzaków (170m, ~ ok 1 min).</w:t>
      </w:r>
    </w:p>
    <w:p w14:paraId="1AED33F1" w14:textId="77777777" w:rsidR="005861B5" w:rsidRDefault="005861B5" w:rsidP="005861B5">
      <w:pPr>
        <w:jc w:val="both"/>
      </w:pPr>
    </w:p>
    <w:p w14:paraId="18EE7075" w14:textId="43C24D8D" w:rsidR="005861B5" w:rsidRPr="00857E34" w:rsidRDefault="005861B5" w:rsidP="005861B5">
      <w:pPr>
        <w:jc w:val="center"/>
      </w:pPr>
      <w:r>
        <w:rPr>
          <w:noProof/>
        </w:rPr>
        <w:lastRenderedPageBreak/>
        <w:drawing>
          <wp:inline distT="0" distB="0" distL="0" distR="0" wp14:anchorId="6C857B8C" wp14:editId="440660F4">
            <wp:extent cx="3895725" cy="3438525"/>
            <wp:effectExtent l="0" t="0" r="9525" b="9525"/>
            <wp:docPr id="5176544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0498" w14:textId="07F6412D" w:rsidR="005861B5" w:rsidRPr="005861B5" w:rsidRDefault="005861B5" w:rsidP="005861B5">
      <w:pPr>
        <w:rPr>
          <w:rFonts w:ascii="Times New Roman" w:hAnsi="Times New Roman" w:cs="Times New Roman"/>
          <w:b/>
          <w:sz w:val="24"/>
          <w:szCs w:val="24"/>
        </w:rPr>
      </w:pPr>
      <w:r w:rsidRPr="005861B5">
        <w:rPr>
          <w:rStyle w:val="markedcontent"/>
          <w:rFonts w:ascii="Times New Roman" w:hAnsi="Times New Roman" w:cs="Times New Roman"/>
          <w:b/>
          <w:sz w:val="24"/>
          <w:szCs w:val="24"/>
        </w:rPr>
        <w:t>DROGI EWAKUACYJNE ORAZ DROGI UMOŻLIWIAJĄCE DOJAZD SŁUŻB RATOWNICZYCH I POLICJI.</w:t>
      </w:r>
    </w:p>
    <w:p w14:paraId="53DEF058" w14:textId="77777777" w:rsidR="005861B5" w:rsidRPr="004E1641" w:rsidRDefault="005861B5" w:rsidP="005861B5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4E1641">
        <w:rPr>
          <w:rFonts w:ascii="Times New Roman" w:hAnsi="Times New Roman"/>
          <w:sz w:val="24"/>
          <w:szCs w:val="24"/>
        </w:rPr>
        <w:t>Dojazd DW 224 w ulicę Parkową, następnie na ul. Topolową lub Czystą.</w:t>
      </w:r>
    </w:p>
    <w:p w14:paraId="48F4A5B2" w14:textId="77777777" w:rsidR="005861B5" w:rsidRDefault="005861B5" w:rsidP="005861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10D419" w14:textId="77777777" w:rsidR="00DB4DDC" w:rsidRDefault="00DB4DDC" w:rsidP="005861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9E9A1D" w14:textId="77777777" w:rsidR="00DB4DDC" w:rsidRDefault="00DB4DDC" w:rsidP="005861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80CE3C" w14:textId="77777777" w:rsidR="00DB4DDC" w:rsidRDefault="00DB4DDC" w:rsidP="005861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5228A2" w14:textId="77777777" w:rsidR="00DB4DDC" w:rsidRDefault="00DB4DDC" w:rsidP="005861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D60BE4" w14:textId="77777777" w:rsidR="00DB4DDC" w:rsidRDefault="00DB4DDC" w:rsidP="005861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82E809" w14:textId="77777777" w:rsidR="00DB4DDC" w:rsidRDefault="00DB4DDC" w:rsidP="005861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15B2CB" w14:textId="77777777" w:rsidR="00DB4DDC" w:rsidRDefault="00DB4DDC" w:rsidP="005861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0F00EF" w14:textId="77777777" w:rsidR="00DB4DDC" w:rsidRDefault="00DB4DDC" w:rsidP="005861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FC403E" w14:textId="77777777" w:rsidR="00DB4DDC" w:rsidRDefault="00DB4DDC" w:rsidP="005861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468982" w14:textId="77777777" w:rsidR="00DB4DDC" w:rsidRPr="005861B5" w:rsidRDefault="00DB4DDC" w:rsidP="005861B5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B4DDC" w:rsidRPr="005861B5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3AD2169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D01658"/>
    <w:multiLevelType w:val="hybridMultilevel"/>
    <w:tmpl w:val="2CE8293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0A1F52"/>
    <w:multiLevelType w:val="hybridMultilevel"/>
    <w:tmpl w:val="46D81FEC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35226"/>
    <w:multiLevelType w:val="hybridMultilevel"/>
    <w:tmpl w:val="45E4AD28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860B3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3" w15:restartNumberingAfterBreak="0">
    <w:nsid w:val="60BF3E13"/>
    <w:multiLevelType w:val="hybridMultilevel"/>
    <w:tmpl w:val="09EE3B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617168"/>
    <w:multiLevelType w:val="singleLevel"/>
    <w:tmpl w:val="1E0AD2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039431037">
    <w:abstractNumId w:val="8"/>
  </w:num>
  <w:num w:numId="2" w16cid:durableId="1886943790">
    <w:abstractNumId w:val="6"/>
  </w:num>
  <w:num w:numId="3" w16cid:durableId="1860774331">
    <w:abstractNumId w:val="5"/>
  </w:num>
  <w:num w:numId="4" w16cid:durableId="901982553">
    <w:abstractNumId w:val="4"/>
  </w:num>
  <w:num w:numId="5" w16cid:durableId="1663241118">
    <w:abstractNumId w:val="7"/>
  </w:num>
  <w:num w:numId="6" w16cid:durableId="2107341583">
    <w:abstractNumId w:val="3"/>
  </w:num>
  <w:num w:numId="7" w16cid:durableId="1417051028">
    <w:abstractNumId w:val="2"/>
  </w:num>
  <w:num w:numId="8" w16cid:durableId="92286710">
    <w:abstractNumId w:val="1"/>
  </w:num>
  <w:num w:numId="9" w16cid:durableId="550534895">
    <w:abstractNumId w:val="0"/>
  </w:num>
  <w:num w:numId="10" w16cid:durableId="1847674267">
    <w:abstractNumId w:val="13"/>
  </w:num>
  <w:num w:numId="11" w16cid:durableId="882986357">
    <w:abstractNumId w:val="14"/>
    <w:lvlOverride w:ilvl="0">
      <w:startOverride w:val="1"/>
    </w:lvlOverride>
  </w:num>
  <w:num w:numId="12" w16cid:durableId="506210467">
    <w:abstractNumId w:val="11"/>
  </w:num>
  <w:num w:numId="13" w16cid:durableId="798038224">
    <w:abstractNumId w:val="9"/>
  </w:num>
  <w:num w:numId="14" w16cid:durableId="492066151">
    <w:abstractNumId w:val="10"/>
  </w:num>
  <w:num w:numId="15" w16cid:durableId="11368770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409F4"/>
    <w:rsid w:val="004725A0"/>
    <w:rsid w:val="005861B5"/>
    <w:rsid w:val="00675026"/>
    <w:rsid w:val="007133F4"/>
    <w:rsid w:val="007C0E63"/>
    <w:rsid w:val="008E3176"/>
    <w:rsid w:val="00AA1D8D"/>
    <w:rsid w:val="00AB22F4"/>
    <w:rsid w:val="00B47730"/>
    <w:rsid w:val="00BF6F88"/>
    <w:rsid w:val="00C871BD"/>
    <w:rsid w:val="00C979F4"/>
    <w:rsid w:val="00CB0664"/>
    <w:rsid w:val="00DB4DDC"/>
    <w:rsid w:val="00E1621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C4E4DF"/>
  <w14:defaultImageDpi w14:val="330"/>
  <w15:docId w15:val="{02DFF812-2E85-48E7-A65E-38B3D31F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markedcontent">
    <w:name w:val="markedcontent"/>
    <w:basedOn w:val="Domylnaczcionkaakapitu"/>
    <w:rsid w:val="005861B5"/>
  </w:style>
  <w:style w:type="character" w:styleId="Hipercze">
    <w:name w:val="Hyperlink"/>
    <w:basedOn w:val="Domylnaczcionkaakapitu"/>
    <w:uiPriority w:val="99"/>
    <w:unhideWhenUsed/>
    <w:rsid w:val="00AB22F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2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2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0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8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757</Words>
  <Characters>4442</Characters>
  <Application>Microsoft Office Word</Application>
  <DocSecurity>0</DocSecurity>
  <Lines>105</Lines>
  <Paragraphs>64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5135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ajahn</cp:lastModifiedBy>
  <cp:revision>2</cp:revision>
  <cp:lastPrinted>2025-05-29T07:05:00Z</cp:lastPrinted>
  <dcterms:created xsi:type="dcterms:W3CDTF">2025-06-18T13:30:00Z</dcterms:created>
  <dcterms:modified xsi:type="dcterms:W3CDTF">2025-06-18T13:30:00Z</dcterms:modified>
  <cp:category/>
</cp:coreProperties>
</file>